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0C9E8" w14:textId="1245C81D" w:rsidR="00D060D9" w:rsidRPr="0058546F" w:rsidRDefault="006F082C">
      <w:pPr>
        <w:pStyle w:val="FormTitle"/>
        <w:spacing w:before="0" w:after="40" w:line="320" w:lineRule="atLeast"/>
        <w:rPr>
          <w:sz w:val="36"/>
          <w:szCs w:val="36"/>
          <w:lang w:val="nl-NL"/>
        </w:rPr>
      </w:pPr>
      <w:r w:rsidRPr="0058546F">
        <w:rPr>
          <w:sz w:val="36"/>
          <w:szCs w:val="36"/>
          <w:lang w:val="nl-NL"/>
        </w:rPr>
        <w:t>Aanvraagformulier Social Coach</w:t>
      </w:r>
    </w:p>
    <w:p w14:paraId="663EA72A" w14:textId="1DAA3C81" w:rsidR="000E739D" w:rsidRPr="008851A6" w:rsidRDefault="00A839B1">
      <w:pPr>
        <w:spacing w:after="160"/>
        <w:rPr>
          <w:lang w:val="nl-NL"/>
        </w:rPr>
      </w:pPr>
      <w:r w:rsidRPr="008851A6">
        <w:rPr>
          <w:lang w:val="nl-NL"/>
        </w:rPr>
        <w:t>Met dit formulier vraagt u ondersteuning van een Social Coach aan. Vul alle gegevens zo volledig mogelijk in.</w:t>
      </w:r>
      <w:r w:rsidR="0058546F" w:rsidRPr="0058546F">
        <w:rPr>
          <w:rFonts w:ascii="Segoe UI" w:eastAsia="Times New Roman" w:hAnsi="Segoe UI" w:cs="Segoe UI"/>
          <w:color w:val="auto"/>
          <w:sz w:val="21"/>
          <w:szCs w:val="21"/>
          <w:lang w:val="nl-NL" w:eastAsia="nl-NL"/>
        </w:rPr>
        <w:t xml:space="preserve"> </w:t>
      </w:r>
      <w:r w:rsidR="0058546F" w:rsidRPr="0058546F">
        <w:rPr>
          <w:lang w:val="nl-NL"/>
        </w:rPr>
        <w:t>Vraagt u ondersteuning aan voor iemand anders? Vul het formulier dan samen met de aanvrager in. Het is belangrijk dat de hulpvraag, wensen en motivatie vanuit de aanvrager zelf komen en in diens eigen woorden worden beschreven. Formulieren die volledig door een verwijzer zijn ingevuld, sturen wij terug.</w:t>
      </w:r>
    </w:p>
    <w:tbl>
      <w:tblPr>
        <w:tblW w:w="10596" w:type="dxa"/>
        <w:tblCellMar>
          <w:left w:w="0" w:type="dxa"/>
          <w:right w:w="0" w:type="dxa"/>
        </w:tblCellMar>
        <w:tblLook w:val="04A0" w:firstRow="1" w:lastRow="0" w:firstColumn="1" w:lastColumn="0" w:noHBand="0" w:noVBand="1"/>
      </w:tblPr>
      <w:tblGrid>
        <w:gridCol w:w="10596"/>
      </w:tblGrid>
      <w:tr w:rsidR="00603766" w14:paraId="4A635215" w14:textId="77777777">
        <w:tc>
          <w:tcPr>
            <w:tcW w:w="10596" w:type="dxa"/>
            <w:shd w:val="clear" w:color="auto" w:fill="B62568"/>
            <w:tcMar>
              <w:top w:w="80" w:type="dxa"/>
              <w:left w:w="130" w:type="dxa"/>
              <w:bottom w:w="80" w:type="dxa"/>
              <w:right w:w="130" w:type="dxa"/>
            </w:tcMar>
            <w:hideMark/>
          </w:tcPr>
          <w:p w14:paraId="7CAE6B9D" w14:textId="77777777" w:rsidR="00603766" w:rsidRDefault="00603766">
            <w:pPr>
              <w:pStyle w:val="Standaard1"/>
              <w:spacing w:after="0"/>
            </w:pPr>
            <w:r>
              <w:rPr>
                <w:b/>
                <w:bCs/>
                <w:color w:val="FFFFFF"/>
                <w:sz w:val="22"/>
                <w:szCs w:val="22"/>
              </w:rPr>
              <w:t>1. Gegevens aanvrager</w:t>
            </w:r>
          </w:p>
        </w:tc>
      </w:tr>
    </w:tbl>
    <w:p w14:paraId="5D7C8E27" w14:textId="77777777" w:rsidR="000E739D" w:rsidRPr="008851A6" w:rsidRDefault="000E739D">
      <w:pPr>
        <w:spacing w:after="0"/>
        <w:rPr>
          <w:lang w:val="nl-NL"/>
        </w:rPr>
      </w:pPr>
    </w:p>
    <w:tbl>
      <w:tblPr>
        <w:tblW w:w="10596" w:type="dxa"/>
        <w:tblBorders>
          <w:top w:val="single" w:sz="6" w:space="0" w:color="D5D5D5"/>
          <w:left w:val="single" w:sz="6" w:space="0" w:color="D5D5D5"/>
          <w:bottom w:val="single" w:sz="6" w:space="0" w:color="D5D5D5"/>
          <w:right w:val="single" w:sz="6" w:space="0" w:color="D5D5D5"/>
        </w:tblBorders>
        <w:tblCellMar>
          <w:left w:w="0" w:type="dxa"/>
          <w:right w:w="0" w:type="dxa"/>
        </w:tblCellMar>
        <w:tblLook w:val="04A0" w:firstRow="1" w:lastRow="0" w:firstColumn="1" w:lastColumn="0" w:noHBand="0" w:noVBand="1"/>
      </w:tblPr>
      <w:tblGrid>
        <w:gridCol w:w="5298"/>
        <w:gridCol w:w="5298"/>
      </w:tblGrid>
      <w:tr w:rsidR="00402A28" w14:paraId="00CBCD12"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603D5A8C" w14:textId="77777777" w:rsidR="00402A28" w:rsidRDefault="00402A28">
            <w:pPr>
              <w:pStyle w:val="Standaard1"/>
              <w:spacing w:after="0"/>
            </w:pPr>
            <w:r>
              <w:rPr>
                <w:b/>
                <w:bCs/>
                <w:color w:val="B62568"/>
              </w:rPr>
              <w:t>Datum aanvraag</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2CC79C81" w14:textId="77777777" w:rsidR="00402A28" w:rsidRDefault="00402A28">
            <w:pPr>
              <w:pStyle w:val="Standaard1"/>
            </w:pPr>
          </w:p>
        </w:tc>
      </w:tr>
      <w:tr w:rsidR="00402A28" w14:paraId="772027B6"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2586D49A" w14:textId="77777777" w:rsidR="00402A28" w:rsidRDefault="00402A28">
            <w:pPr>
              <w:pStyle w:val="Standaard1"/>
              <w:spacing w:after="0"/>
            </w:pPr>
            <w:r>
              <w:rPr>
                <w:b/>
                <w:bCs/>
                <w:color w:val="B62568"/>
              </w:rPr>
              <w:t>Naam</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4096E01A" w14:textId="77777777" w:rsidR="00402A28" w:rsidRDefault="00402A28">
            <w:pPr>
              <w:pStyle w:val="Standaard1"/>
            </w:pPr>
          </w:p>
        </w:tc>
      </w:tr>
      <w:tr w:rsidR="00402A28" w14:paraId="734FE9E4"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27A0669B" w14:textId="77777777" w:rsidR="00402A28" w:rsidRDefault="00402A28">
            <w:pPr>
              <w:pStyle w:val="Standaard1"/>
              <w:spacing w:after="0"/>
            </w:pPr>
            <w:r>
              <w:rPr>
                <w:b/>
                <w:bCs/>
                <w:color w:val="B62568"/>
              </w:rPr>
              <w:t>Adres</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4F8D1AF4" w14:textId="77777777" w:rsidR="00402A28" w:rsidRDefault="00402A28">
            <w:pPr>
              <w:pStyle w:val="Standaard1"/>
            </w:pPr>
          </w:p>
        </w:tc>
      </w:tr>
      <w:tr w:rsidR="00402A28" w14:paraId="46BC962B"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5BCCB534" w14:textId="77777777" w:rsidR="00402A28" w:rsidRDefault="00402A28">
            <w:pPr>
              <w:pStyle w:val="Standaard1"/>
              <w:spacing w:after="0"/>
            </w:pPr>
            <w:r>
              <w:rPr>
                <w:b/>
                <w:bCs/>
                <w:color w:val="B62568"/>
              </w:rPr>
              <w:t>Postcode en woonplaats</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575082F3" w14:textId="77777777" w:rsidR="00402A28" w:rsidRDefault="00402A28">
            <w:pPr>
              <w:pStyle w:val="Standaard1"/>
            </w:pPr>
          </w:p>
        </w:tc>
      </w:tr>
      <w:tr w:rsidR="00402A28" w14:paraId="77CDB345"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4BD9CD0E" w14:textId="77777777" w:rsidR="00402A28" w:rsidRDefault="00402A28">
            <w:pPr>
              <w:pStyle w:val="Standaard1"/>
              <w:spacing w:after="0"/>
            </w:pPr>
            <w:r>
              <w:rPr>
                <w:b/>
                <w:bCs/>
                <w:color w:val="B62568"/>
              </w:rPr>
              <w:t>Geboortedatum</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7D9C7F54" w14:textId="77777777" w:rsidR="00402A28" w:rsidRDefault="00402A28">
            <w:pPr>
              <w:pStyle w:val="Standaard1"/>
            </w:pPr>
          </w:p>
        </w:tc>
      </w:tr>
      <w:tr w:rsidR="00402A28" w14:paraId="6B97F484"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296364B7" w14:textId="77777777" w:rsidR="00402A28" w:rsidRDefault="00402A28">
            <w:pPr>
              <w:pStyle w:val="Standaard1"/>
              <w:spacing w:after="0"/>
            </w:pPr>
            <w:r>
              <w:rPr>
                <w:b/>
                <w:bCs/>
                <w:color w:val="B62568"/>
              </w:rPr>
              <w:t>Telefoonnummer</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651B83B0" w14:textId="77777777" w:rsidR="00402A28" w:rsidRDefault="00402A28">
            <w:pPr>
              <w:pStyle w:val="Standaard1"/>
            </w:pPr>
          </w:p>
        </w:tc>
      </w:tr>
      <w:tr w:rsidR="00402A28" w14:paraId="18791814"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3F8C5647" w14:textId="77777777" w:rsidR="00402A28" w:rsidRDefault="00402A28">
            <w:pPr>
              <w:pStyle w:val="Standaard1"/>
              <w:spacing w:after="0"/>
            </w:pPr>
            <w:r>
              <w:rPr>
                <w:b/>
                <w:bCs/>
                <w:color w:val="B62568"/>
              </w:rPr>
              <w:t>E-mailadres</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05D6B20C" w14:textId="77777777" w:rsidR="00402A28" w:rsidRDefault="00402A28">
            <w:pPr>
              <w:pStyle w:val="Standaard1"/>
            </w:pPr>
          </w:p>
        </w:tc>
      </w:tr>
      <w:tr w:rsidR="00402A28" w14:paraId="6EF5FCB9"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789D8710" w14:textId="77777777" w:rsidR="00402A28" w:rsidRDefault="00402A28">
            <w:pPr>
              <w:pStyle w:val="Standaard1"/>
              <w:spacing w:after="0"/>
            </w:pPr>
            <w:r>
              <w:rPr>
                <w:b/>
                <w:bCs/>
                <w:color w:val="B62568"/>
              </w:rPr>
              <w:t>Beschikbaarheid</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4E535BCF" w14:textId="77777777" w:rsidR="00402A28" w:rsidRDefault="00402A28">
            <w:pPr>
              <w:pStyle w:val="Standaard1"/>
            </w:pPr>
          </w:p>
        </w:tc>
      </w:tr>
    </w:tbl>
    <w:p w14:paraId="7BB6ACFF" w14:textId="77777777" w:rsidR="000E739D" w:rsidRPr="008851A6" w:rsidRDefault="000E739D">
      <w:pPr>
        <w:spacing w:after="20"/>
        <w:rPr>
          <w:lang w:val="nl-NL"/>
        </w:rPr>
      </w:pPr>
    </w:p>
    <w:tbl>
      <w:tblPr>
        <w:tblW w:w="10596" w:type="dxa"/>
        <w:tblCellMar>
          <w:left w:w="0" w:type="dxa"/>
          <w:right w:w="0" w:type="dxa"/>
        </w:tblCellMar>
        <w:tblLook w:val="04A0" w:firstRow="1" w:lastRow="0" w:firstColumn="1" w:lastColumn="0" w:noHBand="0" w:noVBand="1"/>
      </w:tblPr>
      <w:tblGrid>
        <w:gridCol w:w="10596"/>
      </w:tblGrid>
      <w:tr w:rsidR="005A548B" w:rsidRPr="0046520C" w14:paraId="3415AA70" w14:textId="77777777">
        <w:tc>
          <w:tcPr>
            <w:tcW w:w="10596" w:type="dxa"/>
            <w:shd w:val="clear" w:color="auto" w:fill="B62568"/>
            <w:tcMar>
              <w:top w:w="80" w:type="dxa"/>
              <w:left w:w="130" w:type="dxa"/>
              <w:bottom w:w="80" w:type="dxa"/>
              <w:right w:w="130" w:type="dxa"/>
            </w:tcMar>
            <w:hideMark/>
          </w:tcPr>
          <w:p w14:paraId="0D1D320C" w14:textId="77777777" w:rsidR="005A548B" w:rsidRDefault="005A548B">
            <w:pPr>
              <w:pStyle w:val="Standaard1"/>
              <w:spacing w:after="0"/>
            </w:pPr>
            <w:r>
              <w:rPr>
                <w:b/>
                <w:bCs/>
                <w:color w:val="FFFFFF"/>
                <w:sz w:val="22"/>
                <w:szCs w:val="22"/>
              </w:rPr>
              <w:t>2. Gegevens van de verwijzer of begeleider (optioneel)</w:t>
            </w:r>
          </w:p>
        </w:tc>
      </w:tr>
    </w:tbl>
    <w:p w14:paraId="67896B04" w14:textId="77777777" w:rsidR="000E739D" w:rsidRPr="008851A6" w:rsidRDefault="000E739D">
      <w:pPr>
        <w:spacing w:after="0"/>
        <w:rPr>
          <w:lang w:val="nl-NL"/>
        </w:rPr>
      </w:pPr>
    </w:p>
    <w:tbl>
      <w:tblPr>
        <w:tblW w:w="10596" w:type="dxa"/>
        <w:tblBorders>
          <w:top w:val="single" w:sz="6" w:space="0" w:color="D5D5D5"/>
          <w:left w:val="single" w:sz="6" w:space="0" w:color="D5D5D5"/>
          <w:bottom w:val="single" w:sz="6" w:space="0" w:color="D5D5D5"/>
          <w:right w:val="single" w:sz="6" w:space="0" w:color="D5D5D5"/>
        </w:tblBorders>
        <w:tblCellMar>
          <w:left w:w="0" w:type="dxa"/>
          <w:right w:w="0" w:type="dxa"/>
        </w:tblCellMar>
        <w:tblLook w:val="04A0" w:firstRow="1" w:lastRow="0" w:firstColumn="1" w:lastColumn="0" w:noHBand="0" w:noVBand="1"/>
      </w:tblPr>
      <w:tblGrid>
        <w:gridCol w:w="5298"/>
        <w:gridCol w:w="5298"/>
      </w:tblGrid>
      <w:tr w:rsidR="00F03F25" w14:paraId="53C87C1F"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22CE1A32" w14:textId="77777777" w:rsidR="00F03F25" w:rsidRDefault="00F03F25">
            <w:pPr>
              <w:pStyle w:val="Standaard1"/>
              <w:spacing w:after="0"/>
            </w:pPr>
            <w:r>
              <w:rPr>
                <w:b/>
                <w:bCs/>
                <w:color w:val="B62568"/>
                <w:lang w:val="en-US"/>
              </w:rPr>
              <w:t>Naam</w:t>
            </w:r>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57CFA3B7" w14:textId="77777777" w:rsidR="00F03F25" w:rsidRDefault="00F03F25">
            <w:pPr>
              <w:pStyle w:val="Standaard1"/>
            </w:pPr>
          </w:p>
        </w:tc>
      </w:tr>
      <w:tr w:rsidR="00F03F25" w14:paraId="08D0BAF6"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4D4E8688" w14:textId="77777777" w:rsidR="00F03F25" w:rsidRDefault="00F03F25">
            <w:pPr>
              <w:pStyle w:val="Standaard1"/>
              <w:spacing w:after="0"/>
            </w:pPr>
            <w:proofErr w:type="spellStart"/>
            <w:r>
              <w:rPr>
                <w:b/>
                <w:bCs/>
                <w:color w:val="B62568"/>
                <w:lang w:val="en-US"/>
              </w:rPr>
              <w:t>Organisatie</w:t>
            </w:r>
            <w:proofErr w:type="spellEnd"/>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588BDE01" w14:textId="77777777" w:rsidR="00F03F25" w:rsidRDefault="00F03F25">
            <w:pPr>
              <w:pStyle w:val="Standaard1"/>
            </w:pPr>
          </w:p>
        </w:tc>
      </w:tr>
      <w:tr w:rsidR="00F03F25" w14:paraId="0287E2C9"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4AA126BD" w14:textId="77777777" w:rsidR="00F03F25" w:rsidRDefault="00F03F25">
            <w:pPr>
              <w:pStyle w:val="Standaard1"/>
              <w:spacing w:after="0"/>
            </w:pPr>
            <w:proofErr w:type="spellStart"/>
            <w:r>
              <w:rPr>
                <w:b/>
                <w:bCs/>
                <w:color w:val="B62568"/>
                <w:lang w:val="en-US"/>
              </w:rPr>
              <w:t>Telefoonnummer</w:t>
            </w:r>
            <w:proofErr w:type="spellEnd"/>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2358036B" w14:textId="77777777" w:rsidR="00F03F25" w:rsidRDefault="00F03F25">
            <w:pPr>
              <w:pStyle w:val="Standaard1"/>
            </w:pPr>
          </w:p>
        </w:tc>
      </w:tr>
      <w:tr w:rsidR="00F03F25" w14:paraId="05B5851D" w14:textId="77777777">
        <w:trPr>
          <w:trHeight w:val="280"/>
        </w:trPr>
        <w:tc>
          <w:tcPr>
            <w:tcW w:w="5298" w:type="dxa"/>
            <w:tcBorders>
              <w:top w:val="outset" w:sz="6" w:space="0" w:color="auto"/>
              <w:left w:val="outset" w:sz="6" w:space="0" w:color="auto"/>
              <w:bottom w:val="outset" w:sz="6" w:space="0" w:color="auto"/>
              <w:right w:val="outset" w:sz="6" w:space="0" w:color="auto"/>
            </w:tcBorders>
            <w:shd w:val="clear" w:color="auto" w:fill="F7F2F5"/>
            <w:tcMar>
              <w:top w:w="40" w:type="dxa"/>
              <w:left w:w="100" w:type="dxa"/>
              <w:bottom w:w="40" w:type="dxa"/>
              <w:right w:w="100" w:type="dxa"/>
            </w:tcMar>
            <w:vAlign w:val="center"/>
            <w:hideMark/>
          </w:tcPr>
          <w:p w14:paraId="3213F45D" w14:textId="77777777" w:rsidR="00F03F25" w:rsidRDefault="00F03F25">
            <w:pPr>
              <w:pStyle w:val="Standaard1"/>
              <w:spacing w:after="0"/>
            </w:pPr>
            <w:r>
              <w:rPr>
                <w:b/>
                <w:bCs/>
                <w:color w:val="B62568"/>
                <w:lang w:val="en-US"/>
              </w:rPr>
              <w:t>E-</w:t>
            </w:r>
            <w:proofErr w:type="spellStart"/>
            <w:r>
              <w:rPr>
                <w:b/>
                <w:bCs/>
                <w:color w:val="B62568"/>
                <w:lang w:val="en-US"/>
              </w:rPr>
              <w:t>mailadres</w:t>
            </w:r>
            <w:proofErr w:type="spellEnd"/>
          </w:p>
        </w:tc>
        <w:tc>
          <w:tcPr>
            <w:tcW w:w="5298" w:type="dxa"/>
            <w:tcBorders>
              <w:top w:val="outset" w:sz="6" w:space="0" w:color="auto"/>
              <w:left w:val="outset" w:sz="6" w:space="0" w:color="auto"/>
              <w:bottom w:val="outset" w:sz="6" w:space="0" w:color="auto"/>
              <w:right w:val="outset" w:sz="6" w:space="0" w:color="auto"/>
            </w:tcBorders>
            <w:tcMar>
              <w:top w:w="40" w:type="dxa"/>
              <w:left w:w="100" w:type="dxa"/>
              <w:bottom w:w="40" w:type="dxa"/>
              <w:right w:w="100" w:type="dxa"/>
            </w:tcMar>
            <w:vAlign w:val="center"/>
            <w:hideMark/>
          </w:tcPr>
          <w:p w14:paraId="4292683B" w14:textId="77777777" w:rsidR="00F03F25" w:rsidRDefault="00F03F25">
            <w:pPr>
              <w:pStyle w:val="Standaard1"/>
            </w:pPr>
          </w:p>
        </w:tc>
      </w:tr>
    </w:tbl>
    <w:p w14:paraId="4188EAB1" w14:textId="77777777" w:rsidR="00D53B4A" w:rsidRDefault="00D53B4A">
      <w:pPr>
        <w:pStyle w:val="Standaard1"/>
        <w:spacing w:after="0"/>
      </w:pPr>
    </w:p>
    <w:tbl>
      <w:tblPr>
        <w:tblW w:w="10596" w:type="dxa"/>
        <w:tblCellMar>
          <w:left w:w="0" w:type="dxa"/>
          <w:right w:w="0" w:type="dxa"/>
        </w:tblCellMar>
        <w:tblLook w:val="04A0" w:firstRow="1" w:lastRow="0" w:firstColumn="1" w:lastColumn="0" w:noHBand="0" w:noVBand="1"/>
      </w:tblPr>
      <w:tblGrid>
        <w:gridCol w:w="10596"/>
      </w:tblGrid>
      <w:tr w:rsidR="00C92DB1" w:rsidRPr="0046520C" w14:paraId="2872DE8E" w14:textId="77777777">
        <w:tc>
          <w:tcPr>
            <w:tcW w:w="10596" w:type="dxa"/>
            <w:shd w:val="clear" w:color="auto" w:fill="B62568"/>
            <w:tcMar>
              <w:top w:w="80" w:type="dxa"/>
              <w:left w:w="130" w:type="dxa"/>
              <w:bottom w:w="80" w:type="dxa"/>
              <w:right w:w="130" w:type="dxa"/>
            </w:tcMar>
            <w:hideMark/>
          </w:tcPr>
          <w:p w14:paraId="7DA4703D" w14:textId="77777777" w:rsidR="00C92DB1" w:rsidRDefault="00C92DB1">
            <w:pPr>
              <w:pStyle w:val="Standaard1"/>
              <w:spacing w:after="0"/>
            </w:pPr>
            <w:r>
              <w:rPr>
                <w:b/>
                <w:bCs/>
                <w:color w:val="FFFFFF"/>
                <w:sz w:val="22"/>
                <w:szCs w:val="22"/>
              </w:rPr>
              <w:t>3. Korte omschrijving van de situatie</w:t>
            </w:r>
          </w:p>
        </w:tc>
      </w:tr>
      <w:tr w:rsidR="00C92DB1" w:rsidRPr="0046520C" w14:paraId="369413E5" w14:textId="77777777">
        <w:trPr>
          <w:trHeight w:val="960"/>
        </w:trPr>
        <w:tc>
          <w:tcPr>
            <w:tcW w:w="10596" w:type="dxa"/>
            <w:tcBorders>
              <w:top w:val="single" w:sz="6" w:space="0" w:color="D5D5D5"/>
              <w:left w:val="single" w:sz="6" w:space="0" w:color="D5D5D5"/>
              <w:bottom w:val="single" w:sz="6" w:space="0" w:color="D5D5D5"/>
              <w:right w:val="single" w:sz="6" w:space="0" w:color="D5D5D5"/>
            </w:tcBorders>
            <w:shd w:val="clear" w:color="auto" w:fill="FFFFFF"/>
            <w:tcMar>
              <w:top w:w="80" w:type="dxa"/>
              <w:left w:w="120" w:type="dxa"/>
              <w:bottom w:w="80" w:type="dxa"/>
              <w:right w:w="120" w:type="dxa"/>
            </w:tcMar>
            <w:hideMark/>
          </w:tcPr>
          <w:p w14:paraId="59D0B3F1" w14:textId="77777777" w:rsidR="00C92DB1" w:rsidRDefault="00C92DB1">
            <w:pPr>
              <w:pStyle w:val="Standaard1"/>
            </w:pPr>
            <w:r>
              <w:rPr>
                <w:i/>
                <w:iCs/>
                <w:color w:val="919191"/>
              </w:rPr>
              <w:t>Beschrijf kort de situatie. Wat gaat goed, waar loop ik tegenaan en welke hulp of ondersteuning is er al?</w:t>
            </w:r>
          </w:p>
        </w:tc>
      </w:tr>
    </w:tbl>
    <w:p w14:paraId="2F412735" w14:textId="77777777" w:rsidR="000E739D" w:rsidRPr="008851A6" w:rsidRDefault="000E739D">
      <w:pPr>
        <w:spacing w:after="20"/>
        <w:rPr>
          <w:lang w:val="nl-NL"/>
        </w:rPr>
      </w:pPr>
    </w:p>
    <w:tbl>
      <w:tblPr>
        <w:tblW w:w="10596" w:type="dxa"/>
        <w:tblCellMar>
          <w:left w:w="0" w:type="dxa"/>
          <w:right w:w="0" w:type="dxa"/>
        </w:tblCellMar>
        <w:tblLook w:val="04A0" w:firstRow="1" w:lastRow="0" w:firstColumn="1" w:lastColumn="0" w:noHBand="0" w:noVBand="1"/>
      </w:tblPr>
      <w:tblGrid>
        <w:gridCol w:w="10596"/>
      </w:tblGrid>
      <w:tr w:rsidR="00CA05DF" w:rsidRPr="0046520C" w14:paraId="66848B4A" w14:textId="77777777">
        <w:tc>
          <w:tcPr>
            <w:tcW w:w="10596" w:type="dxa"/>
            <w:shd w:val="clear" w:color="auto" w:fill="B62568"/>
            <w:tcMar>
              <w:top w:w="80" w:type="dxa"/>
              <w:left w:w="130" w:type="dxa"/>
              <w:bottom w:w="80" w:type="dxa"/>
              <w:right w:w="130" w:type="dxa"/>
            </w:tcMar>
            <w:hideMark/>
          </w:tcPr>
          <w:p w14:paraId="72529E01" w14:textId="77777777" w:rsidR="00CA05DF" w:rsidRDefault="00CA05DF">
            <w:pPr>
              <w:pStyle w:val="Standaard1"/>
              <w:spacing w:after="0"/>
            </w:pPr>
            <w:r>
              <w:rPr>
                <w:b/>
                <w:bCs/>
                <w:color w:val="FFFFFF"/>
                <w:sz w:val="22"/>
                <w:szCs w:val="22"/>
              </w:rPr>
              <w:t>4. Waarbij kan de Social Coach helpen?</w:t>
            </w:r>
          </w:p>
        </w:tc>
      </w:tr>
      <w:tr w:rsidR="00CA05DF" w:rsidRPr="0046520C" w14:paraId="1235AF53" w14:textId="77777777">
        <w:trPr>
          <w:trHeight w:val="960"/>
        </w:trPr>
        <w:tc>
          <w:tcPr>
            <w:tcW w:w="10596" w:type="dxa"/>
            <w:tcBorders>
              <w:top w:val="single" w:sz="6" w:space="0" w:color="D5D5D5"/>
              <w:left w:val="single" w:sz="6" w:space="0" w:color="D5D5D5"/>
              <w:bottom w:val="single" w:sz="6" w:space="0" w:color="D5D5D5"/>
              <w:right w:val="single" w:sz="6" w:space="0" w:color="D5D5D5"/>
            </w:tcBorders>
            <w:shd w:val="clear" w:color="auto" w:fill="FFFFFF"/>
            <w:tcMar>
              <w:top w:w="80" w:type="dxa"/>
              <w:left w:w="120" w:type="dxa"/>
              <w:bottom w:w="80" w:type="dxa"/>
              <w:right w:w="120" w:type="dxa"/>
            </w:tcMar>
            <w:hideMark/>
          </w:tcPr>
          <w:p w14:paraId="05E08AB3" w14:textId="77777777" w:rsidR="00CA05DF" w:rsidRDefault="00CA05DF">
            <w:pPr>
              <w:pStyle w:val="Standaard1"/>
            </w:pPr>
            <w:r>
              <w:rPr>
                <w:i/>
                <w:iCs/>
                <w:color w:val="919191"/>
              </w:rPr>
              <w:t>Beschrijf zo concreet mogelijk welke ondersteuning nodig is. Wat wil ik graag bereiken of veranderen?</w:t>
            </w:r>
          </w:p>
        </w:tc>
      </w:tr>
    </w:tbl>
    <w:p w14:paraId="3E4F1D8A" w14:textId="77777777" w:rsidR="000E739D" w:rsidRPr="008851A6" w:rsidRDefault="000E739D">
      <w:pPr>
        <w:rPr>
          <w:lang w:val="nl-NL"/>
        </w:rPr>
      </w:pPr>
    </w:p>
    <w:tbl>
      <w:tblPr>
        <w:tblW w:w="0" w:type="auto"/>
        <w:tblBorders>
          <w:top w:val="single" w:sz="12" w:space="0" w:color="F6B919"/>
          <w:left w:val="single" w:sz="12" w:space="0" w:color="F6B919"/>
          <w:bottom w:val="single" w:sz="12" w:space="0" w:color="F6B919"/>
          <w:right w:val="single" w:sz="12" w:space="0" w:color="F6B919"/>
        </w:tblBorders>
        <w:tblCellMar>
          <w:left w:w="0" w:type="dxa"/>
          <w:right w:w="0" w:type="dxa"/>
        </w:tblCellMar>
        <w:tblLook w:val="04A0" w:firstRow="1" w:lastRow="0" w:firstColumn="1" w:lastColumn="0" w:noHBand="0" w:noVBand="1"/>
      </w:tblPr>
      <w:tblGrid>
        <w:gridCol w:w="10596"/>
      </w:tblGrid>
      <w:tr w:rsidR="00237612" w:rsidRPr="0046520C" w14:paraId="7F240481" w14:textId="77777777">
        <w:tc>
          <w:tcPr>
            <w:tcW w:w="10596" w:type="dxa"/>
            <w:tcBorders>
              <w:top w:val="outset" w:sz="6" w:space="0" w:color="auto"/>
              <w:left w:val="outset" w:sz="6" w:space="0" w:color="auto"/>
              <w:bottom w:val="outset" w:sz="6" w:space="0" w:color="auto"/>
              <w:right w:val="outset" w:sz="6" w:space="0" w:color="auto"/>
            </w:tcBorders>
            <w:shd w:val="clear" w:color="auto" w:fill="FFF7DB"/>
            <w:tcMar>
              <w:top w:w="80" w:type="dxa"/>
              <w:left w:w="120" w:type="dxa"/>
              <w:bottom w:w="80" w:type="dxa"/>
              <w:right w:w="120" w:type="dxa"/>
            </w:tcMar>
            <w:hideMark/>
          </w:tcPr>
          <w:p w14:paraId="6E4B8EC0" w14:textId="77777777" w:rsidR="00237612" w:rsidRPr="00450F44" w:rsidRDefault="00237612">
            <w:pPr>
              <w:pStyle w:val="Standaard1"/>
              <w:spacing w:after="20"/>
              <w:rPr>
                <w:sz w:val="18"/>
                <w:szCs w:val="18"/>
              </w:rPr>
            </w:pPr>
            <w:r w:rsidRPr="00450F44">
              <w:rPr>
                <w:b/>
                <w:bCs/>
                <w:color w:val="B62568"/>
                <w:sz w:val="18"/>
                <w:szCs w:val="18"/>
              </w:rPr>
              <w:t>Aanvraag indienen</w:t>
            </w:r>
          </w:p>
          <w:p w14:paraId="63B055A8" w14:textId="07CD09ED" w:rsidR="00237612" w:rsidRPr="00450F44" w:rsidRDefault="00237612">
            <w:pPr>
              <w:pStyle w:val="Standaard1"/>
              <w:spacing w:after="20"/>
              <w:rPr>
                <w:sz w:val="18"/>
                <w:szCs w:val="18"/>
              </w:rPr>
            </w:pPr>
            <w:r w:rsidRPr="00450F44">
              <w:rPr>
                <w:b/>
                <w:bCs/>
                <w:sz w:val="18"/>
                <w:szCs w:val="18"/>
              </w:rPr>
              <w:t>1. Controleer of alle gegevens zijn ingevuld.</w:t>
            </w:r>
            <w:r w:rsidRPr="00450F44">
              <w:rPr>
                <w:b/>
                <w:bCs/>
                <w:sz w:val="18"/>
                <w:szCs w:val="18"/>
              </w:rPr>
              <w:br/>
              <w:t xml:space="preserve">2. E-mail het ingevulde formulier naar </w:t>
            </w:r>
            <w:hyperlink r:id="rId8" w:history="1">
              <w:r w:rsidRPr="00450F44">
                <w:rPr>
                  <w:rStyle w:val="Hyperlink"/>
                  <w:b/>
                  <w:bCs/>
                  <w:sz w:val="18"/>
                  <w:szCs w:val="18"/>
                </w:rPr>
                <w:t>socialcoach@farent.nl</w:t>
              </w:r>
            </w:hyperlink>
            <w:r w:rsidRPr="00450F44">
              <w:rPr>
                <w:b/>
                <w:bCs/>
                <w:sz w:val="18"/>
                <w:szCs w:val="18"/>
              </w:rPr>
              <w:t>.</w:t>
            </w:r>
            <w:r w:rsidRPr="00450F44">
              <w:rPr>
                <w:b/>
                <w:bCs/>
                <w:sz w:val="18"/>
                <w:szCs w:val="18"/>
              </w:rPr>
              <w:br/>
              <w:t>3.</w:t>
            </w:r>
            <w:r w:rsidR="00EF6444">
              <w:rPr>
                <w:b/>
                <w:bCs/>
                <w:sz w:val="18"/>
                <w:szCs w:val="18"/>
              </w:rPr>
              <w:t xml:space="preserve"> </w:t>
            </w:r>
            <w:r w:rsidR="00EF6444" w:rsidRPr="00EF6444">
              <w:rPr>
                <w:b/>
                <w:bCs/>
                <w:sz w:val="18"/>
                <w:szCs w:val="18"/>
              </w:rPr>
              <w:t>Na ontvangst van uw aanvraag nemen wij telefonisch contact met u op.</w:t>
            </w:r>
          </w:p>
          <w:p w14:paraId="7ED2FC3F" w14:textId="77777777" w:rsidR="00237612" w:rsidRDefault="00237612">
            <w:pPr>
              <w:pStyle w:val="Standaard1"/>
              <w:spacing w:after="0"/>
            </w:pPr>
            <w:r w:rsidRPr="00450F44">
              <w:rPr>
                <w:sz w:val="18"/>
                <w:szCs w:val="18"/>
              </w:rPr>
              <w:t>Heeft u vragen? Neem dan contact op met Jessica van Berkel via 06 – 21 88 29 02.</w:t>
            </w:r>
          </w:p>
        </w:tc>
      </w:tr>
    </w:tbl>
    <w:p w14:paraId="269D4F3D" w14:textId="66078D39" w:rsidR="00D060D9" w:rsidRDefault="00D060D9">
      <w:pPr>
        <w:pStyle w:val="Standaard1"/>
        <w:spacing w:before="40" w:after="0"/>
        <w:rPr>
          <w:b/>
          <w:color w:val="B62568"/>
        </w:rPr>
      </w:pPr>
    </w:p>
    <w:p w14:paraId="473B1892" w14:textId="047E71AC" w:rsidR="00D060D9" w:rsidRPr="008851A6" w:rsidRDefault="006F082C">
      <w:pPr>
        <w:pStyle w:val="Standaard1"/>
        <w:spacing w:before="40" w:after="20"/>
      </w:pPr>
      <w:r w:rsidRPr="008851A6">
        <w:rPr>
          <w:b/>
          <w:color w:val="B62568"/>
        </w:rPr>
        <w:t>Privacy</w:t>
      </w:r>
    </w:p>
    <w:p w14:paraId="412A84F0" w14:textId="14512378" w:rsidR="00F96815" w:rsidRPr="00366DE0" w:rsidRDefault="00DF5FB7">
      <w:pPr>
        <w:pStyle w:val="Standaard2"/>
        <w:spacing w:after="100"/>
      </w:pPr>
      <w:r>
        <w:t>Door dit formulier in te leveren, gaat u ermee akkoord dat</w:t>
      </w:r>
      <w:r w:rsidRPr="00366DE0">
        <w:t xml:space="preserve"> Farent de persoonsgegevens in dit formulier </w:t>
      </w:r>
      <w:r>
        <w:t>verwerkt</w:t>
      </w:r>
      <w:r w:rsidRPr="00366DE0">
        <w:t xml:space="preserve"> voor de aanvraag en uitvoering van de ondersteuning door de Social Coach.</w:t>
      </w:r>
    </w:p>
    <w:sectPr w:rsidR="00F96815" w:rsidRPr="00366DE0" w:rsidSect="00D027A5">
      <w:headerReference w:type="even" r:id="rId9"/>
      <w:headerReference w:type="default" r:id="rId10"/>
      <w:footerReference w:type="even" r:id="rId11"/>
      <w:footerReference w:type="default" r:id="rId12"/>
      <w:headerReference w:type="first" r:id="rId13"/>
      <w:footerReference w:type="first" r:id="rId14"/>
      <w:pgSz w:w="11900" w:h="16840"/>
      <w:pgMar w:top="360" w:right="560" w:bottom="360" w:left="560" w:header="200" w:footer="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8FB0E" w14:textId="77777777" w:rsidR="006F082C" w:rsidRDefault="006F082C">
      <w:pPr>
        <w:spacing w:after="0" w:line="240" w:lineRule="auto"/>
      </w:pPr>
      <w:r>
        <w:separator/>
      </w:r>
    </w:p>
  </w:endnote>
  <w:endnote w:type="continuationSeparator" w:id="0">
    <w:p w14:paraId="6F1D817E" w14:textId="77777777" w:rsidR="006F082C" w:rsidRDefault="006F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4AE8" w14:textId="77777777" w:rsidR="00A266A8" w:rsidRDefault="00A266A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A5D6" w14:textId="2E08EC11" w:rsidR="000E739D" w:rsidRPr="008851A6" w:rsidRDefault="00D027A5">
    <w:pPr>
      <w:pStyle w:val="Voettekst"/>
      <w:jc w:val="center"/>
      <w:rPr>
        <w:lang w:val="nl-NL"/>
      </w:rPr>
    </w:pPr>
    <w:proofErr w:type="gramStart"/>
    <w:r w:rsidRPr="00D027A5">
      <w:rPr>
        <w:color w:val="646464"/>
        <w:sz w:val="15"/>
        <w:szCs w:val="15"/>
        <w:lang w:val="nl-NL"/>
      </w:rPr>
      <w:t>Farent  |</w:t>
    </w:r>
    <w:proofErr w:type="gramEnd"/>
    <w:r w:rsidRPr="00D027A5">
      <w:rPr>
        <w:color w:val="646464"/>
        <w:sz w:val="15"/>
        <w:szCs w:val="15"/>
        <w:lang w:val="nl-NL"/>
      </w:rPr>
      <w:t xml:space="preserve">  Rogier van der </w:t>
    </w:r>
    <w:proofErr w:type="spellStart"/>
    <w:r w:rsidRPr="00D027A5">
      <w:rPr>
        <w:color w:val="646464"/>
        <w:sz w:val="15"/>
        <w:szCs w:val="15"/>
        <w:lang w:val="nl-NL"/>
      </w:rPr>
      <w:t>Weydenstraat</w:t>
    </w:r>
    <w:proofErr w:type="spellEnd"/>
    <w:r w:rsidRPr="00D027A5">
      <w:rPr>
        <w:color w:val="646464"/>
        <w:sz w:val="15"/>
        <w:szCs w:val="15"/>
        <w:lang w:val="nl-NL"/>
      </w:rPr>
      <w:t xml:space="preserve"> 2, 5213 CA ’s-</w:t>
    </w:r>
    <w:proofErr w:type="gramStart"/>
    <w:r w:rsidRPr="00D027A5">
      <w:rPr>
        <w:color w:val="646464"/>
        <w:sz w:val="15"/>
        <w:szCs w:val="15"/>
        <w:lang w:val="nl-NL"/>
      </w:rPr>
      <w:t>Hertogenbosch  |</w:t>
    </w:r>
    <w:proofErr w:type="gramEnd"/>
    <w:r w:rsidRPr="00D027A5">
      <w:rPr>
        <w:color w:val="646464"/>
        <w:sz w:val="15"/>
        <w:szCs w:val="15"/>
        <w:lang w:val="nl-NL"/>
      </w:rPr>
      <w:t xml:space="preserve">  088 023 75 </w:t>
    </w:r>
    <w:proofErr w:type="gramStart"/>
    <w:r w:rsidRPr="00D027A5">
      <w:rPr>
        <w:color w:val="646464"/>
        <w:sz w:val="15"/>
        <w:szCs w:val="15"/>
        <w:lang w:val="nl-NL"/>
      </w:rPr>
      <w:t>00  |</w:t>
    </w:r>
    <w:proofErr w:type="gramEnd"/>
    <w:r w:rsidRPr="00D027A5">
      <w:rPr>
        <w:color w:val="646464"/>
        <w:sz w:val="15"/>
        <w:szCs w:val="15"/>
        <w:lang w:val="nl-NL"/>
      </w:rPr>
      <w:t xml:space="preserve">  </w:t>
    </w:r>
    <w:proofErr w:type="gramStart"/>
    <w:r w:rsidRPr="00D027A5">
      <w:rPr>
        <w:color w:val="646464"/>
        <w:sz w:val="15"/>
        <w:szCs w:val="15"/>
        <w:lang w:val="nl-NL"/>
      </w:rPr>
      <w:t>info@farent.nl  |</w:t>
    </w:r>
    <w:proofErr w:type="gramEnd"/>
    <w:r w:rsidRPr="00D027A5">
      <w:rPr>
        <w:color w:val="646464"/>
        <w:sz w:val="15"/>
        <w:szCs w:val="15"/>
        <w:lang w:val="nl-NL"/>
      </w:rPr>
      <w:t>  www.farent.nl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6AF4" w14:textId="77777777" w:rsidR="00A266A8" w:rsidRDefault="00A266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D732C" w14:textId="77777777" w:rsidR="006F082C" w:rsidRDefault="006F082C">
      <w:pPr>
        <w:spacing w:after="0" w:line="240" w:lineRule="auto"/>
      </w:pPr>
      <w:r>
        <w:separator/>
      </w:r>
    </w:p>
  </w:footnote>
  <w:footnote w:type="continuationSeparator" w:id="0">
    <w:p w14:paraId="2E66AB4D" w14:textId="77777777" w:rsidR="006F082C" w:rsidRDefault="006F0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384F" w14:textId="77777777" w:rsidR="00A266A8" w:rsidRDefault="00A266A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00D0" w14:textId="30A1AD24" w:rsidR="00362FE3" w:rsidRDefault="00362FE3" w:rsidP="00362FE3">
    <w:pPr>
      <w:pStyle w:val="Koptekst"/>
      <w:jc w:val="right"/>
    </w:pPr>
    <w:r>
      <w:rPr>
        <w:noProof/>
      </w:rPr>
      <w:drawing>
        <wp:inline distT="0" distB="0" distL="0" distR="0" wp14:anchorId="2B63FB0D" wp14:editId="28E9BB06">
          <wp:extent cx="746760" cy="246057"/>
          <wp:effectExtent l="0" t="0" r="0" b="1905"/>
          <wp:docPr id="5798972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897202" name="Afbeelding 579897202"/>
                  <pic:cNvPicPr/>
                </pic:nvPicPr>
                <pic:blipFill>
                  <a:blip r:embed="rId1"/>
                  <a:stretch>
                    <a:fillRect/>
                  </a:stretch>
                </pic:blipFill>
                <pic:spPr>
                  <a:xfrm>
                    <a:off x="0" y="0"/>
                    <a:ext cx="755044" cy="248786"/>
                  </a:xfrm>
                  <a:prstGeom prst="rect">
                    <a:avLst/>
                  </a:prstGeom>
                </pic:spPr>
              </pic:pic>
            </a:graphicData>
          </a:graphic>
        </wp:inline>
      </w:drawing>
    </w:r>
  </w:p>
  <w:p w14:paraId="1AD8A1A4" w14:textId="77777777" w:rsidR="008851A6" w:rsidRDefault="008851A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CDC2" w14:textId="77777777" w:rsidR="00A266A8" w:rsidRDefault="00A266A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376200368">
    <w:abstractNumId w:val="8"/>
  </w:num>
  <w:num w:numId="2" w16cid:durableId="2030372706">
    <w:abstractNumId w:val="6"/>
  </w:num>
  <w:num w:numId="3" w16cid:durableId="1224558596">
    <w:abstractNumId w:val="5"/>
  </w:num>
  <w:num w:numId="4" w16cid:durableId="1714957494">
    <w:abstractNumId w:val="4"/>
  </w:num>
  <w:num w:numId="5" w16cid:durableId="1710059848">
    <w:abstractNumId w:val="7"/>
  </w:num>
  <w:num w:numId="6" w16cid:durableId="133564649">
    <w:abstractNumId w:val="3"/>
  </w:num>
  <w:num w:numId="7" w16cid:durableId="618879360">
    <w:abstractNumId w:val="2"/>
  </w:num>
  <w:num w:numId="8" w16cid:durableId="1484854799">
    <w:abstractNumId w:val="1"/>
  </w:num>
  <w:num w:numId="9" w16cid:durableId="148042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39D"/>
    <w:rsid w:val="00103F15"/>
    <w:rsid w:val="0015074B"/>
    <w:rsid w:val="00171935"/>
    <w:rsid w:val="001B2121"/>
    <w:rsid w:val="001B6C56"/>
    <w:rsid w:val="001D7088"/>
    <w:rsid w:val="00205FF3"/>
    <w:rsid w:val="002322E4"/>
    <w:rsid w:val="00237612"/>
    <w:rsid w:val="0029639D"/>
    <w:rsid w:val="002C3351"/>
    <w:rsid w:val="00326F90"/>
    <w:rsid w:val="00362FE3"/>
    <w:rsid w:val="00366DE0"/>
    <w:rsid w:val="00402A28"/>
    <w:rsid w:val="00450F44"/>
    <w:rsid w:val="00455D50"/>
    <w:rsid w:val="0046520C"/>
    <w:rsid w:val="00475013"/>
    <w:rsid w:val="004C0B5B"/>
    <w:rsid w:val="004C312A"/>
    <w:rsid w:val="00572FC4"/>
    <w:rsid w:val="0058546F"/>
    <w:rsid w:val="005A548B"/>
    <w:rsid w:val="00603766"/>
    <w:rsid w:val="006274BD"/>
    <w:rsid w:val="00636E9D"/>
    <w:rsid w:val="006B798E"/>
    <w:rsid w:val="006F082C"/>
    <w:rsid w:val="007649D2"/>
    <w:rsid w:val="00787FFC"/>
    <w:rsid w:val="007E1314"/>
    <w:rsid w:val="008026A0"/>
    <w:rsid w:val="008851A6"/>
    <w:rsid w:val="00891D28"/>
    <w:rsid w:val="009671E8"/>
    <w:rsid w:val="00A25542"/>
    <w:rsid w:val="00A266A8"/>
    <w:rsid w:val="00A839B1"/>
    <w:rsid w:val="00A87A11"/>
    <w:rsid w:val="00AA1D8D"/>
    <w:rsid w:val="00AE72D8"/>
    <w:rsid w:val="00AF6DCE"/>
    <w:rsid w:val="00B47730"/>
    <w:rsid w:val="00BF55CB"/>
    <w:rsid w:val="00C27208"/>
    <w:rsid w:val="00C92DB1"/>
    <w:rsid w:val="00CA05DF"/>
    <w:rsid w:val="00CA3838"/>
    <w:rsid w:val="00CB0664"/>
    <w:rsid w:val="00CD7BBA"/>
    <w:rsid w:val="00D027A5"/>
    <w:rsid w:val="00D060D9"/>
    <w:rsid w:val="00D2562B"/>
    <w:rsid w:val="00D53B4A"/>
    <w:rsid w:val="00DD2F0E"/>
    <w:rsid w:val="00DF5FB7"/>
    <w:rsid w:val="00E33843"/>
    <w:rsid w:val="00E33AFF"/>
    <w:rsid w:val="00E40C42"/>
    <w:rsid w:val="00EB1E3A"/>
    <w:rsid w:val="00ED55A3"/>
    <w:rsid w:val="00EF404E"/>
    <w:rsid w:val="00EF6444"/>
    <w:rsid w:val="00F03F25"/>
    <w:rsid w:val="00F87579"/>
    <w:rsid w:val="00F96815"/>
    <w:rsid w:val="00FC693F"/>
    <w:rsid w:val="00FF4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331B458-ACFB-4435-B7DF-6D9E19AA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40"/>
    </w:pPr>
    <w:rPr>
      <w:rFonts w:ascii="Aptos" w:hAnsi="Aptos"/>
      <w:color w:val="303030"/>
      <w:sz w:val="19"/>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 Title"/>
    <w:pPr>
      <w:spacing w:before="80" w:after="100"/>
    </w:pPr>
    <w:rPr>
      <w:rFonts w:ascii="Aptos Display" w:hAnsi="Aptos Display"/>
      <w:b/>
      <w:color w:val="B62568"/>
      <w:sz w:val="40"/>
    </w:rPr>
  </w:style>
  <w:style w:type="paragraph" w:customStyle="1" w:styleId="Section">
    <w:name w:val="Section"/>
    <w:pPr>
      <w:spacing w:before="80" w:after="100"/>
    </w:pPr>
    <w:rPr>
      <w:rFonts w:ascii="Aptos Display" w:hAnsi="Aptos Display"/>
      <w:b/>
      <w:color w:val="B62568"/>
    </w:rPr>
  </w:style>
  <w:style w:type="character" w:styleId="Hyperlink">
    <w:name w:val="Hyperlink"/>
    <w:basedOn w:val="Standaardalinea-lettertype"/>
    <w:uiPriority w:val="99"/>
    <w:unhideWhenUsed/>
    <w:rsid w:val="007649D2"/>
    <w:rPr>
      <w:color w:val="0000FF" w:themeColor="hyperlink"/>
      <w:u w:val="single"/>
    </w:rPr>
  </w:style>
  <w:style w:type="character" w:styleId="Onopgelostemelding">
    <w:name w:val="Unresolved Mention"/>
    <w:basedOn w:val="Standaardalinea-lettertype"/>
    <w:uiPriority w:val="99"/>
    <w:semiHidden/>
    <w:unhideWhenUsed/>
    <w:rsid w:val="007649D2"/>
    <w:rPr>
      <w:color w:val="605E5C"/>
      <w:shd w:val="clear" w:color="auto" w:fill="E1DFDD"/>
    </w:rPr>
  </w:style>
  <w:style w:type="paragraph" w:customStyle="1" w:styleId="Standaard1">
    <w:name w:val="Standaard1"/>
    <w:basedOn w:val="Standaard"/>
    <w:rsid w:val="00BF55CB"/>
    <w:rPr>
      <w:rFonts w:cs="Times New Roman"/>
      <w:kern w:val="2"/>
      <w:szCs w:val="19"/>
      <w:lang w:val="nl-NL" w:eastAsia="nl-NL"/>
      <w14:ligatures w14:val="standardContextual"/>
    </w:rPr>
  </w:style>
  <w:style w:type="paragraph" w:styleId="Normaalweb">
    <w:name w:val="Normal (Web)"/>
    <w:basedOn w:val="Standaard"/>
    <w:uiPriority w:val="99"/>
    <w:semiHidden/>
    <w:unhideWhenUsed/>
    <w:rsid w:val="002C3351"/>
    <w:pPr>
      <w:spacing w:before="100" w:beforeAutospacing="1" w:after="100" w:afterAutospacing="1" w:line="240" w:lineRule="auto"/>
    </w:pPr>
    <w:rPr>
      <w:rFonts w:ascii="Times New Roman" w:hAnsi="Times New Roman" w:cs="Times New Roman"/>
      <w:color w:val="auto"/>
      <w:kern w:val="2"/>
      <w:sz w:val="24"/>
      <w:szCs w:val="24"/>
      <w:lang w:val="nl-NL" w:eastAsia="nl-NL"/>
      <w14:ligatures w14:val="standardContextual"/>
    </w:rPr>
  </w:style>
  <w:style w:type="paragraph" w:customStyle="1" w:styleId="Standaard2">
    <w:name w:val="Standaard2"/>
    <w:basedOn w:val="Standaard"/>
    <w:rPr>
      <w:rFonts w:cs="Times New Roman"/>
      <w:kern w:val="2"/>
      <w:szCs w:val="19"/>
      <w:lang w:val="nl-NL"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coach@farent.n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Social Coach</dc:title>
  <dc:subject>Duidelijk en gebruiksvriendelijk aanvraagformulier</dc:subject>
  <dc:creator>Trang Chau</dc:creator>
  <cp:keywords>Social Coach, aanvraagformulier, Farent</cp:keywords>
  <dc:description>generated by python-docx</dc:description>
  <cp:lastModifiedBy>Maaike Stevens</cp:lastModifiedBy>
  <cp:revision>2</cp:revision>
  <dcterms:created xsi:type="dcterms:W3CDTF">2026-10-15T15:08:00Z</dcterms:created>
  <dcterms:modified xsi:type="dcterms:W3CDTF">2026-10-15T15:08:00Z</dcterms:modified>
  <cp:category/>
</cp:coreProperties>
</file>